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76" w:before="0" w:after="0"/>
        <w:ind w:hanging="0" w:left="4252" w:right="0"/>
        <w:jc w:val="left"/>
        <w:rPr>
          <w:lang w:val="ru-RU"/>
        </w:rPr>
      </w:pPr>
      <w:r>
        <w:rPr>
          <w:lang w:val="ru-RU"/>
        </w:rPr>
        <w:t>Мировому судье ________________</w:t>
      </w:r>
    </w:p>
    <w:p>
      <w:pPr>
        <w:pStyle w:val="Normal"/>
        <w:widowControl/>
        <w:bidi w:val="0"/>
        <w:spacing w:lineRule="auto" w:line="276" w:before="0" w:after="0"/>
        <w:ind w:hanging="0" w:left="4252" w:right="0"/>
        <w:jc w:val="left"/>
        <w:rPr>
          <w:lang w:val="ru-RU"/>
        </w:rPr>
      </w:pPr>
      <w:r>
        <w:rPr>
          <w:lang w:val="ru-RU"/>
        </w:rPr>
        <w:t>_______________________________</w:t>
      </w:r>
      <w:r>
        <w:rPr>
          <w:lang w:val="ru-RU"/>
        </w:rPr>
        <w:br/>
        <w:t xml:space="preserve">Адрес: </w:t>
      </w:r>
      <w:r>
        <w:rPr>
          <w:lang w:val="ru-RU"/>
        </w:rPr>
        <w:t>_________________________</w:t>
      </w:r>
    </w:p>
    <w:p>
      <w:pPr>
        <w:pStyle w:val="Normal"/>
        <w:widowControl/>
        <w:bidi w:val="0"/>
        <w:spacing w:lineRule="auto" w:line="276" w:before="0" w:after="0"/>
        <w:ind w:hanging="0" w:left="4252" w:right="0"/>
        <w:jc w:val="left"/>
        <w:rPr>
          <w:lang w:val="ru-RU"/>
        </w:rPr>
      </w:pPr>
      <w:r>
        <w:rPr>
          <w:lang w:val="ru-RU"/>
        </w:rPr>
        <w:t>_______________________________</w:t>
      </w:r>
    </w:p>
    <w:p>
      <w:pPr>
        <w:pStyle w:val="Normal"/>
        <w:widowControl/>
        <w:bidi w:val="0"/>
        <w:spacing w:lineRule="auto" w:line="276" w:before="0" w:after="0"/>
        <w:ind w:hanging="0" w:left="4252" w:right="0"/>
        <w:jc w:val="left"/>
        <w:rPr>
          <w:lang w:val="ru-RU"/>
        </w:rPr>
      </w:pPr>
      <w:r>
        <w:rPr>
          <w:lang w:val="ru-RU"/>
        </w:rPr>
      </w:r>
    </w:p>
    <w:p>
      <w:pPr>
        <w:pStyle w:val="Normal"/>
        <w:widowControl/>
        <w:bidi w:val="0"/>
        <w:spacing w:lineRule="auto" w:line="276" w:before="0" w:after="0"/>
        <w:ind w:hanging="0" w:left="4252" w:right="0"/>
        <w:jc w:val="left"/>
        <w:rPr>
          <w:lang w:val="ru-RU"/>
        </w:rPr>
      </w:pPr>
      <w:r>
        <w:rPr>
          <w:lang w:val="ru-RU"/>
        </w:rPr>
        <w:t xml:space="preserve">Должник: </w:t>
      </w:r>
      <w:r>
        <w:rPr>
          <w:lang w:val="ru-RU"/>
        </w:rPr>
        <w:t>______________________</w:t>
      </w:r>
    </w:p>
    <w:p>
      <w:pPr>
        <w:pStyle w:val="Normal"/>
        <w:widowControl/>
        <w:bidi w:val="0"/>
        <w:spacing w:lineRule="auto" w:line="276" w:before="0" w:after="0"/>
        <w:ind w:hanging="0" w:left="4252" w:right="0"/>
        <w:jc w:val="left"/>
        <w:rPr>
          <w:lang w:val="ru-RU"/>
        </w:rPr>
      </w:pPr>
      <w:r>
        <w:rPr>
          <w:lang w:val="ru-RU"/>
        </w:rPr>
        <w:t>_______________________________</w:t>
      </w:r>
    </w:p>
    <w:p>
      <w:pPr>
        <w:pStyle w:val="Normal"/>
        <w:widowControl/>
        <w:bidi w:val="0"/>
        <w:spacing w:lineRule="auto" w:line="276" w:before="0" w:after="0"/>
        <w:ind w:hanging="0" w:left="4252" w:right="0"/>
        <w:jc w:val="left"/>
        <w:rPr>
          <w:lang w:val="ru-RU"/>
        </w:rPr>
      </w:pPr>
      <w:r>
        <w:rPr>
          <w:lang w:val="ru-RU"/>
        </w:rPr>
        <w:t>_______________________________</w:t>
      </w:r>
    </w:p>
    <w:p>
      <w:pPr>
        <w:pStyle w:val="Normal"/>
        <w:widowControl/>
        <w:bidi w:val="0"/>
        <w:spacing w:lineRule="auto" w:line="276" w:before="0" w:after="0"/>
        <w:ind w:hanging="0" w:left="4252" w:right="0"/>
        <w:jc w:val="left"/>
        <w:rPr>
          <w:lang w:val="ru-RU"/>
        </w:rPr>
      </w:pPr>
      <w:r>
        <w:rPr>
          <w:lang w:val="ru-RU"/>
        </w:rPr>
        <w:t xml:space="preserve">Адрес: </w:t>
      </w:r>
      <w:r>
        <w:rPr>
          <w:lang w:val="ru-RU"/>
        </w:rPr>
        <w:t>_________________________</w:t>
      </w:r>
    </w:p>
    <w:p>
      <w:pPr>
        <w:pStyle w:val="Normal"/>
        <w:widowControl/>
        <w:bidi w:val="0"/>
        <w:spacing w:lineRule="auto" w:line="276" w:before="0" w:after="0"/>
        <w:ind w:hanging="0" w:left="4252" w:right="0"/>
        <w:jc w:val="left"/>
        <w:rPr>
          <w:lang w:val="ru-RU"/>
        </w:rPr>
      </w:pPr>
      <w:r>
        <w:rPr>
          <w:lang w:val="ru-RU"/>
        </w:rPr>
        <w:t>_______________________________</w:t>
      </w:r>
    </w:p>
    <w:p>
      <w:pPr>
        <w:pStyle w:val="Normal"/>
        <w:widowControl/>
        <w:bidi w:val="0"/>
        <w:spacing w:lineRule="auto" w:line="276" w:before="0" w:after="0"/>
        <w:ind w:hanging="0" w:left="4252" w:right="0"/>
        <w:jc w:val="left"/>
        <w:rPr>
          <w:lang w:val="ru-RU"/>
        </w:rPr>
      </w:pPr>
      <w:r>
        <w:rPr>
          <w:lang w:val="ru-RU"/>
        </w:rPr>
        <w:t>_______________________________</w:t>
      </w:r>
    </w:p>
    <w:p>
      <w:pPr>
        <w:pStyle w:val="Normal"/>
        <w:spacing w:before="0" w:after="0"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spacing w:before="0" w:after="0"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spacing w:before="0" w:after="0"/>
        <w:jc w:val="center"/>
        <w:rPr>
          <w:b/>
          <w:lang w:val="ru-RU"/>
        </w:rPr>
      </w:pPr>
      <w:r>
        <w:rPr>
          <w:b/>
          <w:lang w:val="ru-RU"/>
        </w:rPr>
        <w:t>ВОЗРАЖЕНИЕ</w:t>
        <w:br/>
      </w:r>
      <w:r>
        <w:rPr>
          <w:b w:val="false"/>
          <w:bCs w:val="false"/>
          <w:lang w:val="ru-RU"/>
        </w:rPr>
        <w:t>относительно исполнения судебного приказа</w:t>
      </w:r>
    </w:p>
    <w:p>
      <w:pPr>
        <w:pStyle w:val="Normal"/>
        <w:spacing w:before="0" w:after="0"/>
        <w:jc w:val="center"/>
        <w:rPr>
          <w:b w:val="false"/>
          <w:bCs w:val="false"/>
          <w:lang w:val="ru-RU"/>
        </w:rPr>
      </w:pPr>
      <w:r>
        <w:rPr>
          <w:b w:val="false"/>
          <w:bCs w:val="false"/>
          <w:lang w:val="ru-RU"/>
        </w:rPr>
      </w:r>
    </w:p>
    <w:p>
      <w:pPr>
        <w:pStyle w:val="Normal"/>
        <w:spacing w:before="0" w:after="0"/>
        <w:jc w:val="both"/>
        <w:rPr>
          <w:lang w:val="ru-RU"/>
        </w:rPr>
      </w:pPr>
      <w:r>
        <w:rPr>
          <w:lang w:val="ru-RU"/>
        </w:rPr>
        <w:t xml:space="preserve">«___» _________ 20__ г. </w:t>
      </w:r>
      <w:r>
        <w:rPr>
          <w:lang w:val="ru-RU"/>
        </w:rPr>
        <w:t>мировым судьей _________________________</w:t>
      </w:r>
    </w:p>
    <w:p>
      <w:pPr>
        <w:pStyle w:val="Normal"/>
        <w:spacing w:before="0" w:after="0"/>
        <w:jc w:val="both"/>
        <w:rPr>
          <w:lang w:val="ru-RU"/>
        </w:rPr>
      </w:pPr>
      <w:r>
        <w:rPr>
          <w:lang w:val="ru-RU"/>
        </w:rPr>
        <w:t>_____________________________________________________________</w:t>
      </w:r>
    </w:p>
    <w:p>
      <w:pPr>
        <w:pStyle w:val="Normal"/>
        <w:spacing w:before="0" w:after="0"/>
        <w:jc w:val="both"/>
        <w:rPr>
          <w:lang w:val="ru-RU"/>
        </w:rPr>
      </w:pPr>
      <w:r>
        <w:rPr>
          <w:lang w:val="ru-RU"/>
        </w:rPr>
        <w:t>_____________________________________________________________</w:t>
      </w:r>
      <w:r>
        <w:rPr>
          <w:lang w:val="ru-RU"/>
        </w:rPr>
        <w:t xml:space="preserve"> был вынесен судебный приказ № </w:t>
      </w:r>
      <w:r>
        <w:rPr>
          <w:lang w:val="ru-RU"/>
        </w:rPr>
        <w:t>_____________</w:t>
      </w:r>
      <w:r>
        <w:rPr>
          <w:lang w:val="ru-RU"/>
        </w:rPr>
        <w:t xml:space="preserve"> о взыскании с меня, </w:t>
      </w:r>
      <w:r>
        <w:rPr>
          <w:lang w:val="ru-RU"/>
        </w:rPr>
        <w:t>_____________________________________________________________</w:t>
      </w:r>
      <w:r>
        <w:rPr>
          <w:lang w:val="ru-RU"/>
        </w:rPr>
        <w:t xml:space="preserve">, в пользу </w:t>
      </w:r>
      <w:r>
        <w:rPr>
          <w:lang w:val="ru-RU"/>
        </w:rPr>
        <w:t>_____________________________________________________</w:t>
      </w:r>
      <w:r>
        <w:rPr>
          <w:lang w:val="ru-RU"/>
        </w:rPr>
        <w:t xml:space="preserve"> задолженности в размере </w:t>
      </w:r>
      <w:r>
        <w:rPr>
          <w:lang w:val="ru-RU"/>
        </w:rPr>
        <w:t>________________________________</w:t>
      </w:r>
      <w:r>
        <w:rPr>
          <w:lang w:val="ru-RU"/>
        </w:rPr>
        <w:t xml:space="preserve"> рублей.</w:t>
      </w:r>
    </w:p>
    <w:p>
      <w:pPr>
        <w:pStyle w:val="Normal"/>
        <w:spacing w:before="0" w:after="0"/>
        <w:rPr>
          <w:lang w:val="ru-RU"/>
        </w:rPr>
      </w:pPr>
      <w:r>
        <w:rPr>
          <w:lang w:val="ru-RU"/>
        </w:rPr>
        <w:t>С вынесенным судебным приказом я не согласен.</w:t>
      </w:r>
    </w:p>
    <w:p>
      <w:pPr>
        <w:pStyle w:val="Normal"/>
        <w:spacing w:before="0" w:after="0"/>
        <w:rPr>
          <w:lang w:val="ru-RU"/>
        </w:rPr>
      </w:pPr>
      <w:r>
        <w:rPr>
          <w:lang w:val="ru-RU"/>
        </w:rPr>
        <w:t>На основании ст. 128, 129 ГПК РФ,</w:t>
      </w:r>
    </w:p>
    <w:p>
      <w:pPr>
        <w:pStyle w:val="Normal"/>
        <w:spacing w:before="0" w:after="0"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spacing w:before="0" w:after="0"/>
        <w:jc w:val="center"/>
        <w:rPr>
          <w:b/>
          <w:lang w:val="ru-RU"/>
        </w:rPr>
      </w:pPr>
      <w:r>
        <w:rPr>
          <w:b/>
          <w:lang w:val="ru-RU"/>
        </w:rPr>
        <w:t>ПРОШУ:</w:t>
      </w:r>
    </w:p>
    <w:p>
      <w:pPr>
        <w:pStyle w:val="Normal"/>
        <w:spacing w:before="0" w:after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rPr>
          <w:lang w:val="ru-RU"/>
        </w:rPr>
      </w:pPr>
      <w:r>
        <w:rPr>
          <w:lang w:val="ru-RU"/>
        </w:rPr>
        <w:t xml:space="preserve">Отменить судебный приказ № </w:t>
      </w:r>
      <w:r>
        <w:rPr>
          <w:lang w:val="ru-RU"/>
        </w:rPr>
        <w:t>_____________</w:t>
      </w:r>
      <w:r>
        <w:rPr>
          <w:lang w:val="ru-RU"/>
        </w:rPr>
        <w:t>.</w:t>
      </w:r>
    </w:p>
    <w:p>
      <w:pPr>
        <w:pStyle w:val="Normal"/>
        <w:spacing w:before="0" w:after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rPr>
          <w:lang w:val="ru-RU"/>
        </w:rPr>
      </w:pPr>
      <w:r>
        <w:rPr>
          <w:lang w:val="ru-RU"/>
        </w:rPr>
        <w:t xml:space="preserve">«___» _________ 20__ г.    ___________ </w:t>
      </w:r>
      <w:r>
        <w:rPr>
          <w:lang w:val="ru-RU"/>
        </w:rPr>
        <w:t>___________________________</w:t>
      </w:r>
    </w:p>
    <w:p>
      <w:pPr>
        <w:pStyle w:val="Normal"/>
        <w:spacing w:before="0" w:after="0"/>
        <w:rPr>
          <w:lang w:val="ru-RU"/>
        </w:rPr>
      </w:pPr>
      <w:r>
        <w:rPr>
          <w:lang w:val="ru-RU"/>
        </w:rPr>
        <w:tab/>
        <w:tab/>
        <w:tab/>
        <w:tab/>
        <w:tab/>
      </w:r>
      <w:r>
        <w:rPr>
          <w:sz w:val="16"/>
          <w:szCs w:val="16"/>
          <w:lang w:val="ru-RU"/>
        </w:rPr>
        <w:t>подпись</w:t>
        <w:tab/>
        <w:tab/>
        <w:tab/>
        <w:t>расшифровка подписи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Times New Roman" w:hAnsi="Times New Roman" w:eastAsia="ＭＳ 明朝" w:cs="" w:cstheme="minorBidi" w:eastAsiaTheme="minorEastAsia"/>
      <w:color w:val="auto"/>
      <w:kern w:val="0"/>
      <w:sz w:val="28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tyle6">
    <w:name w:val="Указатель"/>
    <w:basedOn w:val="Normal"/>
    <w:qFormat/>
    <w:pPr>
      <w:suppressLineNumbers/>
    </w:pPr>
    <w:rPr>
      <w:rFonts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Style7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LibreOffice/25.2.3.2$Linux_X86_64 LibreOffice_project/520$Build-2</Application>
  <AppVersion>15.0000</AppVersion>
  <Pages>1</Pages>
  <Words>77</Words>
  <Characters>963</Characters>
  <CharactersWithSpaces>1031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ru-RU</dc:language>
  <cp:lastModifiedBy/>
  <dcterms:modified xsi:type="dcterms:W3CDTF">2026-06-23T20:43:34Z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